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F81DAF7" w14:textId="77777777" w:rsidR="00D26D23" w:rsidRPr="00D26D23" w:rsidRDefault="00D26D23" w:rsidP="00D26D23">
      <w:pPr>
        <w:jc w:val="center"/>
        <w:rPr>
          <w:bCs/>
          <w:color w:val="4F81BD" w:themeColor="accent1"/>
          <w:sz w:val="24"/>
          <w:szCs w:val="24"/>
          <w:lang w:val="en-IN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D26D23">
        <w:rPr>
          <w:bCs/>
          <w:color w:val="4F81BD" w:themeColor="accent1"/>
          <w:sz w:val="24"/>
          <w:szCs w:val="24"/>
          <w:lang w:val="en-IN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Manuscript Formatting Guidelines for Authors</w:t>
      </w:r>
    </w:p>
    <w:p w14:paraId="33BA2AC5" w14:textId="77777777" w:rsidR="00D26D23" w:rsidRPr="00D26D23" w:rsidRDefault="00D26D23" w:rsidP="00D26D23">
      <w:pPr>
        <w:rPr>
          <w:lang w:val="en-IN"/>
        </w:rPr>
      </w:pPr>
      <w:r w:rsidRPr="00D26D23">
        <w:rPr>
          <w:lang w:val="en-IN"/>
        </w:rPr>
        <w:t>Please ensure that your manuscript complies with the following formatting requirements before submission.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516"/>
        <w:gridCol w:w="7214"/>
      </w:tblGrid>
      <w:tr w:rsidR="00D26D23" w:rsidRPr="00D26D23" w14:paraId="6C1226D6" w14:textId="77777777">
        <w:trPr>
          <w:tblHeader/>
          <w:tblCellSpacing w:w="15" w:type="dxa"/>
        </w:trPr>
        <w:tc>
          <w:tcPr>
            <w:tcW w:w="0" w:type="auto"/>
            <w:vAlign w:val="center"/>
            <w:hideMark/>
          </w:tcPr>
          <w:p w14:paraId="080796EB" w14:textId="77777777" w:rsidR="00D26D23" w:rsidRPr="00D26D23" w:rsidRDefault="00D26D23" w:rsidP="00D26D23">
            <w:pPr>
              <w:rPr>
                <w:b/>
                <w:bCs/>
                <w:lang w:val="en-IN"/>
              </w:rPr>
            </w:pPr>
            <w:r w:rsidRPr="00D26D23">
              <w:rPr>
                <w:b/>
                <w:bCs/>
                <w:lang w:val="en-IN"/>
              </w:rPr>
              <w:t>Section</w:t>
            </w:r>
          </w:p>
        </w:tc>
        <w:tc>
          <w:tcPr>
            <w:tcW w:w="0" w:type="auto"/>
            <w:vAlign w:val="center"/>
            <w:hideMark/>
          </w:tcPr>
          <w:p w14:paraId="26357690" w14:textId="77777777" w:rsidR="00D26D23" w:rsidRPr="00D26D23" w:rsidRDefault="00D26D23" w:rsidP="00D26D23">
            <w:pPr>
              <w:rPr>
                <w:b/>
                <w:bCs/>
                <w:lang w:val="en-IN"/>
              </w:rPr>
            </w:pPr>
            <w:r w:rsidRPr="00D26D23">
              <w:rPr>
                <w:b/>
                <w:bCs/>
                <w:lang w:val="en-IN"/>
              </w:rPr>
              <w:t>Formatting Requirement</w:t>
            </w:r>
          </w:p>
        </w:tc>
      </w:tr>
      <w:tr w:rsidR="00D26D23" w:rsidRPr="00D26D23" w14:paraId="6BB82B62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0F68C63F" w14:textId="77777777" w:rsidR="00D26D23" w:rsidRPr="00D26D23" w:rsidRDefault="00D26D23" w:rsidP="00D26D23">
            <w:pPr>
              <w:rPr>
                <w:lang w:val="en-IN"/>
              </w:rPr>
            </w:pPr>
            <w:r w:rsidRPr="00D26D23">
              <w:rPr>
                <w:b/>
                <w:bCs/>
                <w:lang w:val="en-IN"/>
              </w:rPr>
              <w:t>Page Size</w:t>
            </w:r>
          </w:p>
        </w:tc>
        <w:tc>
          <w:tcPr>
            <w:tcW w:w="0" w:type="auto"/>
            <w:vAlign w:val="center"/>
            <w:hideMark/>
          </w:tcPr>
          <w:p w14:paraId="418A24F2" w14:textId="77777777" w:rsidR="00D26D23" w:rsidRPr="00D26D23" w:rsidRDefault="00D26D23" w:rsidP="00D26D23">
            <w:pPr>
              <w:rPr>
                <w:lang w:val="en-IN"/>
              </w:rPr>
            </w:pPr>
            <w:r w:rsidRPr="00D26D23">
              <w:rPr>
                <w:lang w:val="en-IN"/>
              </w:rPr>
              <w:t>A4</w:t>
            </w:r>
          </w:p>
        </w:tc>
      </w:tr>
      <w:tr w:rsidR="00D26D23" w:rsidRPr="00D26D23" w14:paraId="4D643B01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136535C8" w14:textId="77777777" w:rsidR="00D26D23" w:rsidRPr="00D26D23" w:rsidRDefault="00D26D23" w:rsidP="00D26D23">
            <w:pPr>
              <w:rPr>
                <w:lang w:val="en-IN"/>
              </w:rPr>
            </w:pPr>
            <w:r w:rsidRPr="00D26D23">
              <w:rPr>
                <w:b/>
                <w:bCs/>
                <w:lang w:val="en-IN"/>
              </w:rPr>
              <w:t>Orientation</w:t>
            </w:r>
          </w:p>
        </w:tc>
        <w:tc>
          <w:tcPr>
            <w:tcW w:w="0" w:type="auto"/>
            <w:vAlign w:val="center"/>
            <w:hideMark/>
          </w:tcPr>
          <w:p w14:paraId="2CCCF1C7" w14:textId="77777777" w:rsidR="00D26D23" w:rsidRPr="00D26D23" w:rsidRDefault="00D26D23" w:rsidP="00D26D23">
            <w:pPr>
              <w:rPr>
                <w:lang w:val="en-IN"/>
              </w:rPr>
            </w:pPr>
            <w:r w:rsidRPr="00D26D23">
              <w:rPr>
                <w:lang w:val="en-IN"/>
              </w:rPr>
              <w:t>Portrait</w:t>
            </w:r>
          </w:p>
        </w:tc>
      </w:tr>
      <w:tr w:rsidR="00D26D23" w:rsidRPr="00D26D23" w14:paraId="273EBE56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19387BCB" w14:textId="77777777" w:rsidR="00D26D23" w:rsidRPr="00D26D23" w:rsidRDefault="00D26D23" w:rsidP="00D26D23">
            <w:pPr>
              <w:rPr>
                <w:lang w:val="en-IN"/>
              </w:rPr>
            </w:pPr>
            <w:r w:rsidRPr="00D26D23">
              <w:rPr>
                <w:b/>
                <w:bCs/>
                <w:lang w:val="en-IN"/>
              </w:rPr>
              <w:t>Margins</w:t>
            </w:r>
          </w:p>
        </w:tc>
        <w:tc>
          <w:tcPr>
            <w:tcW w:w="0" w:type="auto"/>
            <w:vAlign w:val="center"/>
            <w:hideMark/>
          </w:tcPr>
          <w:p w14:paraId="26F1D9D6" w14:textId="77777777" w:rsidR="00D26D23" w:rsidRPr="00D26D23" w:rsidRDefault="00D26D23" w:rsidP="00D26D23">
            <w:pPr>
              <w:rPr>
                <w:lang w:val="en-IN"/>
              </w:rPr>
            </w:pPr>
            <w:r w:rsidRPr="00D26D23">
              <w:rPr>
                <w:lang w:val="en-IN"/>
              </w:rPr>
              <w:t xml:space="preserve">Top: </w:t>
            </w:r>
            <w:r w:rsidRPr="00D26D23">
              <w:rPr>
                <w:b/>
                <w:bCs/>
                <w:lang w:val="en-IN"/>
              </w:rPr>
              <w:t>2.26 cm</w:t>
            </w:r>
            <w:r w:rsidRPr="00D26D23">
              <w:rPr>
                <w:lang w:val="en-IN"/>
              </w:rPr>
              <w:t xml:space="preserve">, Bottom: </w:t>
            </w:r>
            <w:r w:rsidRPr="00D26D23">
              <w:rPr>
                <w:b/>
                <w:bCs/>
                <w:lang w:val="en-IN"/>
              </w:rPr>
              <w:t>1.27 cm</w:t>
            </w:r>
            <w:r w:rsidRPr="00D26D23">
              <w:rPr>
                <w:lang w:val="en-IN"/>
              </w:rPr>
              <w:t xml:space="preserve">, Left: </w:t>
            </w:r>
            <w:r w:rsidRPr="00D26D23">
              <w:rPr>
                <w:b/>
                <w:bCs/>
                <w:lang w:val="en-IN"/>
              </w:rPr>
              <w:t>1.75 cm</w:t>
            </w:r>
            <w:r w:rsidRPr="00D26D23">
              <w:rPr>
                <w:lang w:val="en-IN"/>
              </w:rPr>
              <w:t xml:space="preserve">, Right: </w:t>
            </w:r>
            <w:r w:rsidRPr="00D26D23">
              <w:rPr>
                <w:b/>
                <w:bCs/>
                <w:lang w:val="en-IN"/>
              </w:rPr>
              <w:t>1.90 cm</w:t>
            </w:r>
          </w:p>
        </w:tc>
      </w:tr>
      <w:tr w:rsidR="00D26D23" w:rsidRPr="00D26D23" w14:paraId="74B9006D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2D18A9AF" w14:textId="77777777" w:rsidR="00D26D23" w:rsidRPr="00D26D23" w:rsidRDefault="00D26D23" w:rsidP="00D26D23">
            <w:pPr>
              <w:rPr>
                <w:lang w:val="en-IN"/>
              </w:rPr>
            </w:pPr>
            <w:r w:rsidRPr="00D26D23">
              <w:rPr>
                <w:b/>
                <w:bCs/>
                <w:lang w:val="en-IN"/>
              </w:rPr>
              <w:t>Title</w:t>
            </w:r>
          </w:p>
        </w:tc>
        <w:tc>
          <w:tcPr>
            <w:tcW w:w="0" w:type="auto"/>
            <w:vAlign w:val="center"/>
            <w:hideMark/>
          </w:tcPr>
          <w:p w14:paraId="26325A25" w14:textId="77777777" w:rsidR="00D26D23" w:rsidRPr="00D26D23" w:rsidRDefault="00D26D23" w:rsidP="00D26D23">
            <w:pPr>
              <w:rPr>
                <w:lang w:val="en-IN"/>
              </w:rPr>
            </w:pPr>
            <w:r w:rsidRPr="00D26D23">
              <w:rPr>
                <w:lang w:val="en-IN"/>
              </w:rPr>
              <w:t xml:space="preserve">Times New Roman, </w:t>
            </w:r>
            <w:r w:rsidRPr="00D26D23">
              <w:rPr>
                <w:b/>
                <w:bCs/>
                <w:lang w:val="en-IN"/>
              </w:rPr>
              <w:t>16 pt</w:t>
            </w:r>
            <w:r w:rsidRPr="00D26D23">
              <w:rPr>
                <w:lang w:val="en-IN"/>
              </w:rPr>
              <w:t xml:space="preserve">, </w:t>
            </w:r>
            <w:r w:rsidRPr="00D26D23">
              <w:rPr>
                <w:b/>
                <w:bCs/>
                <w:lang w:val="en-IN"/>
              </w:rPr>
              <w:t>Bold</w:t>
            </w:r>
            <w:r w:rsidRPr="00D26D23">
              <w:rPr>
                <w:lang w:val="en-IN"/>
              </w:rPr>
              <w:t xml:space="preserve">, </w:t>
            </w:r>
            <w:proofErr w:type="spellStart"/>
            <w:r w:rsidRPr="00D26D23">
              <w:rPr>
                <w:lang w:val="en-IN"/>
              </w:rPr>
              <w:t>Center</w:t>
            </w:r>
            <w:proofErr w:type="spellEnd"/>
            <w:r w:rsidRPr="00D26D23">
              <w:rPr>
                <w:lang w:val="en-IN"/>
              </w:rPr>
              <w:t xml:space="preserve"> aligned, Title Case</w:t>
            </w:r>
          </w:p>
        </w:tc>
      </w:tr>
      <w:tr w:rsidR="00D26D23" w:rsidRPr="00D26D23" w14:paraId="5A6A421B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78523E45" w14:textId="77777777" w:rsidR="00D26D23" w:rsidRPr="00D26D23" w:rsidRDefault="00D26D23" w:rsidP="00D26D23">
            <w:pPr>
              <w:rPr>
                <w:lang w:val="en-IN"/>
              </w:rPr>
            </w:pPr>
            <w:r w:rsidRPr="00D26D23">
              <w:rPr>
                <w:b/>
                <w:bCs/>
                <w:lang w:val="en-IN"/>
              </w:rPr>
              <w:t>Author Names</w:t>
            </w:r>
          </w:p>
        </w:tc>
        <w:tc>
          <w:tcPr>
            <w:tcW w:w="0" w:type="auto"/>
            <w:vAlign w:val="center"/>
            <w:hideMark/>
          </w:tcPr>
          <w:p w14:paraId="062BD3D5" w14:textId="77777777" w:rsidR="00D26D23" w:rsidRPr="00D26D23" w:rsidRDefault="00D26D23" w:rsidP="00D26D23">
            <w:pPr>
              <w:rPr>
                <w:lang w:val="en-IN"/>
              </w:rPr>
            </w:pPr>
            <w:r w:rsidRPr="00D26D23">
              <w:rPr>
                <w:lang w:val="en-IN"/>
              </w:rPr>
              <w:t xml:space="preserve">Times New Roman, </w:t>
            </w:r>
            <w:r w:rsidRPr="00D26D23">
              <w:rPr>
                <w:b/>
                <w:bCs/>
                <w:lang w:val="en-IN"/>
              </w:rPr>
              <w:t>12 pt</w:t>
            </w:r>
            <w:r w:rsidRPr="00D26D23">
              <w:rPr>
                <w:lang w:val="en-IN"/>
              </w:rPr>
              <w:t xml:space="preserve">, </w:t>
            </w:r>
            <w:r w:rsidRPr="00D26D23">
              <w:rPr>
                <w:b/>
                <w:bCs/>
                <w:lang w:val="en-IN"/>
              </w:rPr>
              <w:t>Bold</w:t>
            </w:r>
            <w:r w:rsidRPr="00D26D23">
              <w:rPr>
                <w:lang w:val="en-IN"/>
              </w:rPr>
              <w:t xml:space="preserve">, </w:t>
            </w:r>
            <w:r w:rsidRPr="00D26D23">
              <w:rPr>
                <w:b/>
                <w:bCs/>
                <w:lang w:val="en-IN"/>
              </w:rPr>
              <w:t>UPPERCASE</w:t>
            </w:r>
            <w:r w:rsidRPr="00D26D23">
              <w:rPr>
                <w:lang w:val="en-IN"/>
              </w:rPr>
              <w:t xml:space="preserve">, </w:t>
            </w:r>
            <w:proofErr w:type="spellStart"/>
            <w:r w:rsidRPr="00D26D23">
              <w:rPr>
                <w:lang w:val="en-IN"/>
              </w:rPr>
              <w:t>Center</w:t>
            </w:r>
            <w:proofErr w:type="spellEnd"/>
            <w:r w:rsidRPr="00D26D23">
              <w:rPr>
                <w:lang w:val="en-IN"/>
              </w:rPr>
              <w:t xml:space="preserve"> aligned</w:t>
            </w:r>
          </w:p>
        </w:tc>
      </w:tr>
      <w:tr w:rsidR="00D26D23" w:rsidRPr="00D26D23" w14:paraId="536D06BD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3976FAB3" w14:textId="77777777" w:rsidR="00D26D23" w:rsidRPr="00D26D23" w:rsidRDefault="00D26D23" w:rsidP="00D26D23">
            <w:pPr>
              <w:rPr>
                <w:lang w:val="en-IN"/>
              </w:rPr>
            </w:pPr>
            <w:r w:rsidRPr="00D26D23">
              <w:rPr>
                <w:b/>
                <w:bCs/>
                <w:lang w:val="en-IN"/>
              </w:rPr>
              <w:t>Author Affiliations</w:t>
            </w:r>
          </w:p>
        </w:tc>
        <w:tc>
          <w:tcPr>
            <w:tcW w:w="0" w:type="auto"/>
            <w:vAlign w:val="center"/>
            <w:hideMark/>
          </w:tcPr>
          <w:p w14:paraId="247C664B" w14:textId="77777777" w:rsidR="00D26D23" w:rsidRPr="00D26D23" w:rsidRDefault="00D26D23" w:rsidP="00D26D23">
            <w:pPr>
              <w:rPr>
                <w:lang w:val="en-IN"/>
              </w:rPr>
            </w:pPr>
            <w:r w:rsidRPr="00D26D23">
              <w:rPr>
                <w:lang w:val="en-IN"/>
              </w:rPr>
              <w:t xml:space="preserve">Times New Roman, </w:t>
            </w:r>
            <w:r w:rsidRPr="00D26D23">
              <w:rPr>
                <w:b/>
                <w:bCs/>
                <w:lang w:val="en-IN"/>
              </w:rPr>
              <w:t>10 pt</w:t>
            </w:r>
            <w:r w:rsidRPr="00D26D23">
              <w:rPr>
                <w:lang w:val="en-IN"/>
              </w:rPr>
              <w:t xml:space="preserve">, Regular, </w:t>
            </w:r>
            <w:proofErr w:type="spellStart"/>
            <w:r w:rsidRPr="00D26D23">
              <w:rPr>
                <w:lang w:val="en-IN"/>
              </w:rPr>
              <w:t>Center</w:t>
            </w:r>
            <w:proofErr w:type="spellEnd"/>
            <w:r w:rsidRPr="00D26D23">
              <w:rPr>
                <w:lang w:val="en-IN"/>
              </w:rPr>
              <w:t xml:space="preserve"> aligned. Include Department, Institution, City, Country, Email Address, and indicate the Corresponding Author.</w:t>
            </w:r>
          </w:p>
        </w:tc>
      </w:tr>
      <w:tr w:rsidR="00D26D23" w:rsidRPr="00D26D23" w14:paraId="1DAF42E9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18A8630B" w14:textId="77777777" w:rsidR="00D26D23" w:rsidRPr="00D26D23" w:rsidRDefault="00D26D23" w:rsidP="00D26D23">
            <w:pPr>
              <w:rPr>
                <w:lang w:val="en-IN"/>
              </w:rPr>
            </w:pPr>
            <w:r w:rsidRPr="00D26D23">
              <w:rPr>
                <w:b/>
                <w:bCs/>
                <w:lang w:val="en-IN"/>
              </w:rPr>
              <w:t>Abstract Heading</w:t>
            </w:r>
          </w:p>
        </w:tc>
        <w:tc>
          <w:tcPr>
            <w:tcW w:w="0" w:type="auto"/>
            <w:vAlign w:val="center"/>
            <w:hideMark/>
          </w:tcPr>
          <w:p w14:paraId="0EEC636F" w14:textId="77777777" w:rsidR="00D26D23" w:rsidRPr="00D26D23" w:rsidRDefault="00D26D23" w:rsidP="00D26D23">
            <w:pPr>
              <w:rPr>
                <w:lang w:val="en-IN"/>
              </w:rPr>
            </w:pPr>
            <w:r w:rsidRPr="00D26D23">
              <w:rPr>
                <w:lang w:val="en-IN"/>
              </w:rPr>
              <w:t xml:space="preserve">Times New Roman, </w:t>
            </w:r>
            <w:r w:rsidRPr="00D26D23">
              <w:rPr>
                <w:b/>
                <w:bCs/>
                <w:lang w:val="en-IN"/>
              </w:rPr>
              <w:t>12 pt</w:t>
            </w:r>
            <w:r w:rsidRPr="00D26D23">
              <w:rPr>
                <w:lang w:val="en-IN"/>
              </w:rPr>
              <w:t xml:space="preserve">, </w:t>
            </w:r>
            <w:r w:rsidRPr="00D26D23">
              <w:rPr>
                <w:b/>
                <w:bCs/>
                <w:lang w:val="en-IN"/>
              </w:rPr>
              <w:t>Bold</w:t>
            </w:r>
            <w:r w:rsidRPr="00D26D23">
              <w:rPr>
                <w:lang w:val="en-IN"/>
              </w:rPr>
              <w:t xml:space="preserve">, </w:t>
            </w:r>
            <w:r w:rsidRPr="00D26D23">
              <w:rPr>
                <w:b/>
                <w:bCs/>
                <w:lang w:val="en-IN"/>
              </w:rPr>
              <w:t>UPPERCASE</w:t>
            </w:r>
          </w:p>
        </w:tc>
      </w:tr>
      <w:tr w:rsidR="00D26D23" w:rsidRPr="00D26D23" w14:paraId="143788D8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67A6B737" w14:textId="77777777" w:rsidR="00D26D23" w:rsidRPr="00D26D23" w:rsidRDefault="00D26D23" w:rsidP="00D26D23">
            <w:pPr>
              <w:rPr>
                <w:lang w:val="en-IN"/>
              </w:rPr>
            </w:pPr>
            <w:r w:rsidRPr="00D26D23">
              <w:rPr>
                <w:b/>
                <w:bCs/>
                <w:lang w:val="en-IN"/>
              </w:rPr>
              <w:t>Abstract Text</w:t>
            </w:r>
          </w:p>
        </w:tc>
        <w:tc>
          <w:tcPr>
            <w:tcW w:w="0" w:type="auto"/>
            <w:vAlign w:val="center"/>
            <w:hideMark/>
          </w:tcPr>
          <w:p w14:paraId="01CF9944" w14:textId="77777777" w:rsidR="00D26D23" w:rsidRPr="00D26D23" w:rsidRDefault="00D26D23" w:rsidP="00D26D23">
            <w:pPr>
              <w:rPr>
                <w:lang w:val="en-IN"/>
              </w:rPr>
            </w:pPr>
            <w:r w:rsidRPr="00D26D23">
              <w:rPr>
                <w:lang w:val="en-IN"/>
              </w:rPr>
              <w:t xml:space="preserve">Times New Roman, </w:t>
            </w:r>
            <w:r w:rsidRPr="00D26D23">
              <w:rPr>
                <w:b/>
                <w:bCs/>
                <w:lang w:val="en-IN"/>
              </w:rPr>
              <w:t>10 pt</w:t>
            </w:r>
            <w:r w:rsidRPr="00D26D23">
              <w:rPr>
                <w:lang w:val="en-IN"/>
              </w:rPr>
              <w:t>, Justified, Single spacing, No citations</w:t>
            </w:r>
          </w:p>
        </w:tc>
      </w:tr>
      <w:tr w:rsidR="00D26D23" w:rsidRPr="00D26D23" w14:paraId="4F987C2C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3189705B" w14:textId="77777777" w:rsidR="00D26D23" w:rsidRPr="00D26D23" w:rsidRDefault="00D26D23" w:rsidP="00D26D23">
            <w:pPr>
              <w:rPr>
                <w:lang w:val="en-IN"/>
              </w:rPr>
            </w:pPr>
            <w:r w:rsidRPr="00D26D23">
              <w:rPr>
                <w:b/>
                <w:bCs/>
                <w:lang w:val="en-IN"/>
              </w:rPr>
              <w:t>Keywords Heading</w:t>
            </w:r>
          </w:p>
        </w:tc>
        <w:tc>
          <w:tcPr>
            <w:tcW w:w="0" w:type="auto"/>
            <w:vAlign w:val="center"/>
            <w:hideMark/>
          </w:tcPr>
          <w:p w14:paraId="00A83226" w14:textId="77777777" w:rsidR="00D26D23" w:rsidRPr="00D26D23" w:rsidRDefault="00D26D23" w:rsidP="00D26D23">
            <w:pPr>
              <w:rPr>
                <w:lang w:val="en-IN"/>
              </w:rPr>
            </w:pPr>
            <w:r w:rsidRPr="00D26D23">
              <w:rPr>
                <w:lang w:val="en-IN"/>
              </w:rPr>
              <w:t xml:space="preserve">Times New Roman, </w:t>
            </w:r>
            <w:r w:rsidRPr="00D26D23">
              <w:rPr>
                <w:b/>
                <w:bCs/>
                <w:lang w:val="en-IN"/>
              </w:rPr>
              <w:t>12 pt</w:t>
            </w:r>
            <w:r w:rsidRPr="00D26D23">
              <w:rPr>
                <w:lang w:val="en-IN"/>
              </w:rPr>
              <w:t xml:space="preserve">, </w:t>
            </w:r>
            <w:r w:rsidRPr="00D26D23">
              <w:rPr>
                <w:b/>
                <w:bCs/>
                <w:lang w:val="en-IN"/>
              </w:rPr>
              <w:t>Bold</w:t>
            </w:r>
            <w:r w:rsidRPr="00D26D23">
              <w:rPr>
                <w:lang w:val="en-IN"/>
              </w:rPr>
              <w:t xml:space="preserve">, </w:t>
            </w:r>
            <w:r w:rsidRPr="00D26D23">
              <w:rPr>
                <w:b/>
                <w:bCs/>
                <w:lang w:val="en-IN"/>
              </w:rPr>
              <w:t>UPPERCASE</w:t>
            </w:r>
          </w:p>
        </w:tc>
      </w:tr>
      <w:tr w:rsidR="00D26D23" w:rsidRPr="00D26D23" w14:paraId="45243084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27E08FCF" w14:textId="77777777" w:rsidR="00D26D23" w:rsidRPr="00D26D23" w:rsidRDefault="00D26D23" w:rsidP="00D26D23">
            <w:pPr>
              <w:rPr>
                <w:lang w:val="en-IN"/>
              </w:rPr>
            </w:pPr>
            <w:r w:rsidRPr="00D26D23">
              <w:rPr>
                <w:b/>
                <w:bCs/>
                <w:lang w:val="en-IN"/>
              </w:rPr>
              <w:t>Keywords</w:t>
            </w:r>
          </w:p>
        </w:tc>
        <w:tc>
          <w:tcPr>
            <w:tcW w:w="0" w:type="auto"/>
            <w:vAlign w:val="center"/>
            <w:hideMark/>
          </w:tcPr>
          <w:p w14:paraId="6CF9C5BF" w14:textId="77777777" w:rsidR="00D26D23" w:rsidRPr="00D26D23" w:rsidRDefault="00D26D23" w:rsidP="00D26D23">
            <w:pPr>
              <w:rPr>
                <w:lang w:val="en-IN"/>
              </w:rPr>
            </w:pPr>
            <w:r w:rsidRPr="00D26D23">
              <w:rPr>
                <w:lang w:val="en-IN"/>
              </w:rPr>
              <w:t xml:space="preserve">Times New Roman, </w:t>
            </w:r>
            <w:r w:rsidRPr="00D26D23">
              <w:rPr>
                <w:b/>
                <w:bCs/>
                <w:lang w:val="en-IN"/>
              </w:rPr>
              <w:t>10 pt</w:t>
            </w:r>
            <w:r w:rsidRPr="00D26D23">
              <w:rPr>
                <w:lang w:val="en-IN"/>
              </w:rPr>
              <w:t>, 4–8 keywords separated by commas</w:t>
            </w:r>
          </w:p>
        </w:tc>
      </w:tr>
      <w:tr w:rsidR="00D26D23" w:rsidRPr="00D26D23" w14:paraId="6F8DAA20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186602CF" w14:textId="77777777" w:rsidR="00D26D23" w:rsidRPr="00D26D23" w:rsidRDefault="00D26D23" w:rsidP="00D26D23">
            <w:pPr>
              <w:rPr>
                <w:lang w:val="en-IN"/>
              </w:rPr>
            </w:pPr>
            <w:r w:rsidRPr="00D26D23">
              <w:rPr>
                <w:b/>
                <w:bCs/>
                <w:lang w:val="en-IN"/>
              </w:rPr>
              <w:t>Main Section Headings</w:t>
            </w:r>
          </w:p>
        </w:tc>
        <w:tc>
          <w:tcPr>
            <w:tcW w:w="0" w:type="auto"/>
            <w:vAlign w:val="center"/>
            <w:hideMark/>
          </w:tcPr>
          <w:p w14:paraId="1C868449" w14:textId="77777777" w:rsidR="00D26D23" w:rsidRPr="00D26D23" w:rsidRDefault="00D26D23" w:rsidP="00D26D23">
            <w:pPr>
              <w:rPr>
                <w:lang w:val="en-IN"/>
              </w:rPr>
            </w:pPr>
            <w:r w:rsidRPr="00D26D23">
              <w:rPr>
                <w:lang w:val="en-IN"/>
              </w:rPr>
              <w:t xml:space="preserve">Numbered (1, 2, 3…), Times New Roman, </w:t>
            </w:r>
            <w:r w:rsidRPr="00D26D23">
              <w:rPr>
                <w:b/>
                <w:bCs/>
                <w:lang w:val="en-IN"/>
              </w:rPr>
              <w:t>12 pt</w:t>
            </w:r>
            <w:r w:rsidRPr="00D26D23">
              <w:rPr>
                <w:lang w:val="en-IN"/>
              </w:rPr>
              <w:t xml:space="preserve">, </w:t>
            </w:r>
            <w:r w:rsidRPr="00D26D23">
              <w:rPr>
                <w:b/>
                <w:bCs/>
                <w:lang w:val="en-IN"/>
              </w:rPr>
              <w:t>Bold</w:t>
            </w:r>
            <w:r w:rsidRPr="00D26D23">
              <w:rPr>
                <w:lang w:val="en-IN"/>
              </w:rPr>
              <w:t xml:space="preserve">, </w:t>
            </w:r>
            <w:r w:rsidRPr="00D26D23">
              <w:rPr>
                <w:b/>
                <w:bCs/>
                <w:lang w:val="en-IN"/>
              </w:rPr>
              <w:t>UPPERCASE</w:t>
            </w:r>
            <w:r w:rsidRPr="00D26D23">
              <w:rPr>
                <w:lang w:val="en-IN"/>
              </w:rPr>
              <w:t>, Left aligned</w:t>
            </w:r>
          </w:p>
        </w:tc>
      </w:tr>
      <w:tr w:rsidR="00D26D23" w:rsidRPr="00D26D23" w14:paraId="7C013CA6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28C48403" w14:textId="77777777" w:rsidR="00D26D23" w:rsidRPr="00D26D23" w:rsidRDefault="00D26D23" w:rsidP="00D26D23">
            <w:pPr>
              <w:rPr>
                <w:lang w:val="en-IN"/>
              </w:rPr>
            </w:pPr>
            <w:r w:rsidRPr="00D26D23">
              <w:rPr>
                <w:b/>
                <w:bCs/>
                <w:lang w:val="en-IN"/>
              </w:rPr>
              <w:t>Subsection Headings</w:t>
            </w:r>
          </w:p>
        </w:tc>
        <w:tc>
          <w:tcPr>
            <w:tcW w:w="0" w:type="auto"/>
            <w:vAlign w:val="center"/>
            <w:hideMark/>
          </w:tcPr>
          <w:p w14:paraId="160940A2" w14:textId="77777777" w:rsidR="00D26D23" w:rsidRPr="00D26D23" w:rsidRDefault="00D26D23" w:rsidP="00D26D23">
            <w:pPr>
              <w:rPr>
                <w:lang w:val="en-IN"/>
              </w:rPr>
            </w:pPr>
            <w:r w:rsidRPr="00D26D23">
              <w:rPr>
                <w:lang w:val="en-IN"/>
              </w:rPr>
              <w:t xml:space="preserve">Numbered (1.1, 1.2…), Times New Roman, </w:t>
            </w:r>
            <w:r w:rsidRPr="00D26D23">
              <w:rPr>
                <w:b/>
                <w:bCs/>
                <w:lang w:val="en-IN"/>
              </w:rPr>
              <w:t>12 pt</w:t>
            </w:r>
            <w:r w:rsidRPr="00D26D23">
              <w:rPr>
                <w:lang w:val="en-IN"/>
              </w:rPr>
              <w:t xml:space="preserve">, </w:t>
            </w:r>
            <w:r w:rsidRPr="00D26D23">
              <w:rPr>
                <w:b/>
                <w:bCs/>
                <w:lang w:val="en-IN"/>
              </w:rPr>
              <w:t>Bold</w:t>
            </w:r>
            <w:r w:rsidRPr="00D26D23">
              <w:rPr>
                <w:lang w:val="en-IN"/>
              </w:rPr>
              <w:t>, Left aligned, Title Case</w:t>
            </w:r>
          </w:p>
        </w:tc>
      </w:tr>
      <w:tr w:rsidR="00D26D23" w:rsidRPr="00D26D23" w14:paraId="21419566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5680962D" w14:textId="77777777" w:rsidR="00D26D23" w:rsidRPr="00D26D23" w:rsidRDefault="00D26D23" w:rsidP="00D26D23">
            <w:pPr>
              <w:rPr>
                <w:lang w:val="en-IN"/>
              </w:rPr>
            </w:pPr>
            <w:r w:rsidRPr="00D26D23">
              <w:rPr>
                <w:b/>
                <w:bCs/>
                <w:lang w:val="en-IN"/>
              </w:rPr>
              <w:t>Body Text</w:t>
            </w:r>
          </w:p>
        </w:tc>
        <w:tc>
          <w:tcPr>
            <w:tcW w:w="0" w:type="auto"/>
            <w:vAlign w:val="center"/>
            <w:hideMark/>
          </w:tcPr>
          <w:p w14:paraId="1E0E2F84" w14:textId="77777777" w:rsidR="00D26D23" w:rsidRPr="00D26D23" w:rsidRDefault="00D26D23" w:rsidP="00D26D23">
            <w:pPr>
              <w:rPr>
                <w:lang w:val="en-IN"/>
              </w:rPr>
            </w:pPr>
            <w:r w:rsidRPr="00D26D23">
              <w:rPr>
                <w:lang w:val="en-IN"/>
              </w:rPr>
              <w:t xml:space="preserve">Times New Roman, </w:t>
            </w:r>
            <w:r w:rsidRPr="00D26D23">
              <w:rPr>
                <w:b/>
                <w:bCs/>
                <w:lang w:val="en-IN"/>
              </w:rPr>
              <w:t>10 pt</w:t>
            </w:r>
            <w:r w:rsidRPr="00D26D23">
              <w:rPr>
                <w:lang w:val="en-IN"/>
              </w:rPr>
              <w:t>, Justified, Single spacing</w:t>
            </w:r>
          </w:p>
        </w:tc>
      </w:tr>
      <w:tr w:rsidR="00D26D23" w:rsidRPr="00D26D23" w14:paraId="731E16C1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6C0D379A" w14:textId="77777777" w:rsidR="00D26D23" w:rsidRPr="00D26D23" w:rsidRDefault="00D26D23" w:rsidP="00D26D23">
            <w:pPr>
              <w:rPr>
                <w:lang w:val="en-IN"/>
              </w:rPr>
            </w:pPr>
            <w:r w:rsidRPr="00D26D23">
              <w:rPr>
                <w:b/>
                <w:bCs/>
                <w:lang w:val="en-IN"/>
              </w:rPr>
              <w:t>Figures</w:t>
            </w:r>
          </w:p>
        </w:tc>
        <w:tc>
          <w:tcPr>
            <w:tcW w:w="0" w:type="auto"/>
            <w:vAlign w:val="center"/>
            <w:hideMark/>
          </w:tcPr>
          <w:p w14:paraId="521B0F12" w14:textId="77777777" w:rsidR="00D26D23" w:rsidRPr="00D26D23" w:rsidRDefault="00D26D23" w:rsidP="00D26D23">
            <w:pPr>
              <w:rPr>
                <w:lang w:val="en-IN"/>
              </w:rPr>
            </w:pPr>
            <w:proofErr w:type="spellStart"/>
            <w:r w:rsidRPr="00D26D23">
              <w:rPr>
                <w:lang w:val="en-IN"/>
              </w:rPr>
              <w:t>Center</w:t>
            </w:r>
            <w:proofErr w:type="spellEnd"/>
            <w:r w:rsidRPr="00D26D23">
              <w:rPr>
                <w:lang w:val="en-IN"/>
              </w:rPr>
              <w:t xml:space="preserve"> aligned. Number consecutively (Figure 1, Figure 2…). Caption below the figure in Times New Roman, </w:t>
            </w:r>
            <w:r w:rsidRPr="00D26D23">
              <w:rPr>
                <w:b/>
                <w:bCs/>
                <w:lang w:val="en-IN"/>
              </w:rPr>
              <w:t>10 pt</w:t>
            </w:r>
          </w:p>
        </w:tc>
      </w:tr>
      <w:tr w:rsidR="00D26D23" w:rsidRPr="00D26D23" w14:paraId="13417F81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645BD58F" w14:textId="77777777" w:rsidR="00D26D23" w:rsidRPr="00D26D23" w:rsidRDefault="00D26D23" w:rsidP="00D26D23">
            <w:pPr>
              <w:rPr>
                <w:lang w:val="en-IN"/>
              </w:rPr>
            </w:pPr>
            <w:r w:rsidRPr="00D26D23">
              <w:rPr>
                <w:b/>
                <w:bCs/>
                <w:lang w:val="en-IN"/>
              </w:rPr>
              <w:t>Tables</w:t>
            </w:r>
          </w:p>
        </w:tc>
        <w:tc>
          <w:tcPr>
            <w:tcW w:w="0" w:type="auto"/>
            <w:vAlign w:val="center"/>
            <w:hideMark/>
          </w:tcPr>
          <w:p w14:paraId="321CBB12" w14:textId="77777777" w:rsidR="00D26D23" w:rsidRPr="00D26D23" w:rsidRDefault="00D26D23" w:rsidP="00D26D23">
            <w:pPr>
              <w:rPr>
                <w:lang w:val="en-IN"/>
              </w:rPr>
            </w:pPr>
            <w:proofErr w:type="spellStart"/>
            <w:r w:rsidRPr="00D26D23">
              <w:rPr>
                <w:lang w:val="en-IN"/>
              </w:rPr>
              <w:t>Center</w:t>
            </w:r>
            <w:proofErr w:type="spellEnd"/>
            <w:r w:rsidRPr="00D26D23">
              <w:rPr>
                <w:lang w:val="en-IN"/>
              </w:rPr>
              <w:t xml:space="preserve"> aligned. Number consecutively (Table 1, Table 2…). Title above the table in Times New Roman, </w:t>
            </w:r>
            <w:r w:rsidRPr="00D26D23">
              <w:rPr>
                <w:b/>
                <w:bCs/>
                <w:lang w:val="en-IN"/>
              </w:rPr>
              <w:t>10 pt</w:t>
            </w:r>
          </w:p>
        </w:tc>
      </w:tr>
      <w:tr w:rsidR="00D26D23" w:rsidRPr="00D26D23" w14:paraId="5130A7A5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52C522CC" w14:textId="77777777" w:rsidR="00D26D23" w:rsidRPr="00D26D23" w:rsidRDefault="00D26D23" w:rsidP="00D26D23">
            <w:pPr>
              <w:rPr>
                <w:lang w:val="en-IN"/>
              </w:rPr>
            </w:pPr>
            <w:r w:rsidRPr="00D26D23">
              <w:rPr>
                <w:b/>
                <w:bCs/>
                <w:lang w:val="en-IN"/>
              </w:rPr>
              <w:lastRenderedPageBreak/>
              <w:t>Equations</w:t>
            </w:r>
          </w:p>
        </w:tc>
        <w:tc>
          <w:tcPr>
            <w:tcW w:w="0" w:type="auto"/>
            <w:vAlign w:val="center"/>
            <w:hideMark/>
          </w:tcPr>
          <w:p w14:paraId="6FD4C905" w14:textId="77777777" w:rsidR="00D26D23" w:rsidRPr="00D26D23" w:rsidRDefault="00D26D23" w:rsidP="00D26D23">
            <w:pPr>
              <w:rPr>
                <w:lang w:val="en-IN"/>
              </w:rPr>
            </w:pPr>
            <w:proofErr w:type="spellStart"/>
            <w:r w:rsidRPr="00D26D23">
              <w:rPr>
                <w:lang w:val="en-IN"/>
              </w:rPr>
              <w:t>Center</w:t>
            </w:r>
            <w:proofErr w:type="spellEnd"/>
            <w:r w:rsidRPr="00D26D23">
              <w:rPr>
                <w:lang w:val="en-IN"/>
              </w:rPr>
              <w:t xml:space="preserve"> aligned and numbered consecutively on the right</w:t>
            </w:r>
          </w:p>
        </w:tc>
      </w:tr>
      <w:tr w:rsidR="00D26D23" w:rsidRPr="00D26D23" w14:paraId="0697971C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529C5542" w14:textId="77777777" w:rsidR="00D26D23" w:rsidRPr="00D26D23" w:rsidRDefault="00D26D23" w:rsidP="00D26D23">
            <w:pPr>
              <w:rPr>
                <w:lang w:val="en-IN"/>
              </w:rPr>
            </w:pPr>
            <w:r w:rsidRPr="00D26D23">
              <w:rPr>
                <w:b/>
                <w:bCs/>
                <w:lang w:val="en-IN"/>
              </w:rPr>
              <w:t>References</w:t>
            </w:r>
          </w:p>
        </w:tc>
        <w:tc>
          <w:tcPr>
            <w:tcW w:w="0" w:type="auto"/>
            <w:vAlign w:val="center"/>
            <w:hideMark/>
          </w:tcPr>
          <w:p w14:paraId="527FA988" w14:textId="77777777" w:rsidR="00D26D23" w:rsidRPr="00D26D23" w:rsidRDefault="00D26D23" w:rsidP="00D26D23">
            <w:pPr>
              <w:rPr>
                <w:lang w:val="en-IN"/>
              </w:rPr>
            </w:pPr>
            <w:r w:rsidRPr="00D26D23">
              <w:rPr>
                <w:lang w:val="en-IN"/>
              </w:rPr>
              <w:t xml:space="preserve">Follow </w:t>
            </w:r>
            <w:r w:rsidRPr="00D26D23">
              <w:rPr>
                <w:b/>
                <w:bCs/>
                <w:lang w:val="en-IN"/>
              </w:rPr>
              <w:t>APA 7th Edition</w:t>
            </w:r>
            <w:r w:rsidRPr="00D26D23">
              <w:rPr>
                <w:lang w:val="en-IN"/>
              </w:rPr>
              <w:t xml:space="preserve">. Arrange references alphabetically, use a </w:t>
            </w:r>
            <w:r w:rsidRPr="00D26D23">
              <w:rPr>
                <w:b/>
                <w:bCs/>
                <w:lang w:val="en-IN"/>
              </w:rPr>
              <w:t>0.5-inch hanging indent</w:t>
            </w:r>
            <w:r w:rsidRPr="00D26D23">
              <w:rPr>
                <w:lang w:val="en-IN"/>
              </w:rPr>
              <w:t xml:space="preserve">, include DOI/URL where available, and ensure all in-text citations correspond to the reference list. Reference numbering should be enclosed in </w:t>
            </w:r>
            <w:r w:rsidRPr="00D26D23">
              <w:rPr>
                <w:b/>
                <w:bCs/>
                <w:lang w:val="en-IN"/>
              </w:rPr>
              <w:t xml:space="preserve">square brackets </w:t>
            </w:r>
            <w:proofErr w:type="gramStart"/>
            <w:r w:rsidRPr="00D26D23">
              <w:rPr>
                <w:b/>
                <w:bCs/>
                <w:lang w:val="en-IN"/>
              </w:rPr>
              <w:t>[ ]</w:t>
            </w:r>
            <w:proofErr w:type="gramEnd"/>
            <w:r w:rsidRPr="00D26D23">
              <w:rPr>
                <w:lang w:val="en-IN"/>
              </w:rPr>
              <w:t>, where applicable.</w:t>
            </w:r>
          </w:p>
        </w:tc>
      </w:tr>
      <w:tr w:rsidR="00D26D23" w:rsidRPr="00D26D23" w14:paraId="61E35C18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008CB257" w14:textId="77777777" w:rsidR="00D26D23" w:rsidRPr="00D26D23" w:rsidRDefault="00D26D23" w:rsidP="00D26D23">
            <w:pPr>
              <w:rPr>
                <w:lang w:val="en-IN"/>
              </w:rPr>
            </w:pPr>
            <w:r w:rsidRPr="00D26D23">
              <w:rPr>
                <w:b/>
                <w:bCs/>
                <w:lang w:val="en-IN"/>
              </w:rPr>
              <w:t>Paragraph Spacing</w:t>
            </w:r>
          </w:p>
        </w:tc>
        <w:tc>
          <w:tcPr>
            <w:tcW w:w="0" w:type="auto"/>
            <w:vAlign w:val="center"/>
            <w:hideMark/>
          </w:tcPr>
          <w:p w14:paraId="30A26AAE" w14:textId="77777777" w:rsidR="00D26D23" w:rsidRPr="00D26D23" w:rsidRDefault="00D26D23" w:rsidP="00D26D23">
            <w:pPr>
              <w:rPr>
                <w:lang w:val="en-IN"/>
              </w:rPr>
            </w:pPr>
            <w:r w:rsidRPr="00D26D23">
              <w:rPr>
                <w:lang w:val="en-IN"/>
              </w:rPr>
              <w:t xml:space="preserve">Use </w:t>
            </w:r>
            <w:r w:rsidRPr="00D26D23">
              <w:rPr>
                <w:b/>
                <w:bCs/>
                <w:lang w:val="en-IN"/>
              </w:rPr>
              <w:t>6 pt Before</w:t>
            </w:r>
            <w:r w:rsidRPr="00D26D23">
              <w:rPr>
                <w:lang w:val="en-IN"/>
              </w:rPr>
              <w:t xml:space="preserve"> and </w:t>
            </w:r>
            <w:r w:rsidRPr="00D26D23">
              <w:rPr>
                <w:b/>
                <w:bCs/>
                <w:lang w:val="en-IN"/>
              </w:rPr>
              <w:t>6 pt After</w:t>
            </w:r>
            <w:r w:rsidRPr="00D26D23">
              <w:rPr>
                <w:lang w:val="en-IN"/>
              </w:rPr>
              <w:t xml:space="preserve"> for all paragraphs and headings.</w:t>
            </w:r>
          </w:p>
        </w:tc>
      </w:tr>
      <w:tr w:rsidR="00D26D23" w:rsidRPr="00D26D23" w14:paraId="6EE639B4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6A50E39D" w14:textId="77777777" w:rsidR="00D26D23" w:rsidRPr="00D26D23" w:rsidRDefault="00D26D23" w:rsidP="00D26D23">
            <w:pPr>
              <w:rPr>
                <w:lang w:val="en-IN"/>
              </w:rPr>
            </w:pPr>
            <w:r w:rsidRPr="00D26D23">
              <w:rPr>
                <w:b/>
                <w:bCs/>
                <w:lang w:val="en-IN"/>
              </w:rPr>
              <w:t>Line Spacing</w:t>
            </w:r>
          </w:p>
        </w:tc>
        <w:tc>
          <w:tcPr>
            <w:tcW w:w="0" w:type="auto"/>
            <w:vAlign w:val="center"/>
            <w:hideMark/>
          </w:tcPr>
          <w:p w14:paraId="3C38ECEE" w14:textId="77777777" w:rsidR="00D26D23" w:rsidRPr="00D26D23" w:rsidRDefault="00D26D23" w:rsidP="00D26D23">
            <w:pPr>
              <w:rPr>
                <w:lang w:val="en-IN"/>
              </w:rPr>
            </w:pPr>
            <w:r w:rsidRPr="00D26D23">
              <w:rPr>
                <w:lang w:val="en-IN"/>
              </w:rPr>
              <w:t>Single (1.0) throughout the manuscript.</w:t>
            </w:r>
          </w:p>
        </w:tc>
      </w:tr>
    </w:tbl>
    <w:p w14:paraId="1140A707" w14:textId="77777777" w:rsidR="00D26D23" w:rsidRPr="00D26D23" w:rsidRDefault="00D26D23" w:rsidP="00D26D23">
      <w:pPr>
        <w:rPr>
          <w:lang w:val="en-IN"/>
        </w:rPr>
      </w:pPr>
      <w:r w:rsidRPr="00D26D23">
        <w:rPr>
          <w:lang w:val="en-IN"/>
        </w:rPr>
        <w:pict w14:anchorId="5866EC3E">
          <v:rect id="_x0000_i1031" style="width:0;height:1.5pt" o:hralign="center" o:hrstd="t" o:hr="t" fillcolor="#a0a0a0" stroked="f"/>
        </w:pict>
      </w:r>
    </w:p>
    <w:p w14:paraId="78547C19" w14:textId="77777777" w:rsidR="00D26D23" w:rsidRPr="00D26D23" w:rsidRDefault="00D26D23" w:rsidP="00D26D23">
      <w:pPr>
        <w:rPr>
          <w:b/>
          <w:bCs/>
          <w:lang w:val="en-IN"/>
        </w:rPr>
      </w:pPr>
      <w:r w:rsidRPr="00D26D23">
        <w:rPr>
          <w:b/>
          <w:bCs/>
          <w:lang w:val="en-IN"/>
        </w:rPr>
        <w:t>Additional Formatting Requirements</w:t>
      </w:r>
    </w:p>
    <w:p w14:paraId="5C29D300" w14:textId="77777777" w:rsidR="00D26D23" w:rsidRPr="00D26D23" w:rsidRDefault="00D26D23" w:rsidP="00D26D23">
      <w:pPr>
        <w:numPr>
          <w:ilvl w:val="0"/>
          <w:numId w:val="11"/>
        </w:numPr>
        <w:rPr>
          <w:lang w:val="en-IN"/>
        </w:rPr>
      </w:pPr>
      <w:r w:rsidRPr="00D26D23">
        <w:rPr>
          <w:lang w:val="en-IN"/>
        </w:rPr>
        <w:t xml:space="preserve">Use </w:t>
      </w:r>
      <w:r w:rsidRPr="00D26D23">
        <w:rPr>
          <w:b/>
          <w:bCs/>
          <w:lang w:val="en-IN"/>
        </w:rPr>
        <w:t>Times New Roman</w:t>
      </w:r>
      <w:r w:rsidRPr="00D26D23">
        <w:rPr>
          <w:lang w:val="en-IN"/>
        </w:rPr>
        <w:t xml:space="preserve"> font throughout the manuscript. </w:t>
      </w:r>
    </w:p>
    <w:p w14:paraId="4B909405" w14:textId="77777777" w:rsidR="00D26D23" w:rsidRPr="00D26D23" w:rsidRDefault="00D26D23" w:rsidP="00D26D23">
      <w:pPr>
        <w:numPr>
          <w:ilvl w:val="0"/>
          <w:numId w:val="11"/>
        </w:numPr>
        <w:rPr>
          <w:lang w:val="en-IN"/>
        </w:rPr>
      </w:pPr>
      <w:r w:rsidRPr="00D26D23">
        <w:rPr>
          <w:lang w:val="en-IN"/>
        </w:rPr>
        <w:t xml:space="preserve">Maintain </w:t>
      </w:r>
      <w:r w:rsidRPr="00D26D23">
        <w:rPr>
          <w:b/>
          <w:bCs/>
          <w:lang w:val="en-IN"/>
        </w:rPr>
        <w:t>consistent numbering</w:t>
      </w:r>
      <w:r w:rsidRPr="00D26D23">
        <w:rPr>
          <w:lang w:val="en-IN"/>
        </w:rPr>
        <w:t xml:space="preserve"> for all headings and subheadings. </w:t>
      </w:r>
    </w:p>
    <w:p w14:paraId="048B68AD" w14:textId="77777777" w:rsidR="00D26D23" w:rsidRPr="00D26D23" w:rsidRDefault="00D26D23" w:rsidP="00D26D23">
      <w:pPr>
        <w:numPr>
          <w:ilvl w:val="0"/>
          <w:numId w:val="11"/>
        </w:numPr>
        <w:rPr>
          <w:lang w:val="en-IN"/>
        </w:rPr>
      </w:pPr>
      <w:r w:rsidRPr="00D26D23">
        <w:rPr>
          <w:lang w:val="en-IN"/>
        </w:rPr>
        <w:t xml:space="preserve">Ensure all figures and tables are cited in the text before they appear. </w:t>
      </w:r>
    </w:p>
    <w:p w14:paraId="733B54B0" w14:textId="77777777" w:rsidR="00D26D23" w:rsidRPr="00D26D23" w:rsidRDefault="00D26D23" w:rsidP="00D26D23">
      <w:pPr>
        <w:numPr>
          <w:ilvl w:val="0"/>
          <w:numId w:val="11"/>
        </w:numPr>
        <w:rPr>
          <w:lang w:val="en-IN"/>
        </w:rPr>
      </w:pPr>
      <w:r w:rsidRPr="00D26D23">
        <w:rPr>
          <w:lang w:val="en-IN"/>
        </w:rPr>
        <w:t xml:space="preserve">Use high-resolution images (minimum </w:t>
      </w:r>
      <w:r w:rsidRPr="00D26D23">
        <w:rPr>
          <w:b/>
          <w:bCs/>
          <w:lang w:val="en-IN"/>
        </w:rPr>
        <w:t>300 dpi</w:t>
      </w:r>
      <w:r w:rsidRPr="00D26D23">
        <w:rPr>
          <w:lang w:val="en-IN"/>
        </w:rPr>
        <w:t xml:space="preserve">) for figures. </w:t>
      </w:r>
    </w:p>
    <w:p w14:paraId="462CEBB5" w14:textId="77777777" w:rsidR="00D26D23" w:rsidRPr="00D26D23" w:rsidRDefault="00D26D23" w:rsidP="00D26D23">
      <w:pPr>
        <w:numPr>
          <w:ilvl w:val="0"/>
          <w:numId w:val="11"/>
        </w:numPr>
        <w:rPr>
          <w:lang w:val="en-IN"/>
        </w:rPr>
      </w:pPr>
      <w:r w:rsidRPr="00D26D23">
        <w:rPr>
          <w:lang w:val="en-IN"/>
        </w:rPr>
        <w:t xml:space="preserve">Verify that all references are complete and formatted consistently. </w:t>
      </w:r>
    </w:p>
    <w:p w14:paraId="445B5DB0" w14:textId="77777777" w:rsidR="00D26D23" w:rsidRPr="00D26D23" w:rsidRDefault="00D26D23" w:rsidP="00D26D23">
      <w:pPr>
        <w:numPr>
          <w:ilvl w:val="0"/>
          <w:numId w:val="11"/>
        </w:numPr>
        <w:rPr>
          <w:lang w:val="en-IN"/>
        </w:rPr>
      </w:pPr>
      <w:r w:rsidRPr="00D26D23">
        <w:rPr>
          <w:lang w:val="en-IN"/>
        </w:rPr>
        <w:t>Ensure the manuscript is free from spelling and grammatical errors before submission.</w:t>
      </w:r>
    </w:p>
    <w:p w14:paraId="5419CCE8" w14:textId="4A74ED02" w:rsidR="005D3F66" w:rsidRPr="00D26D23" w:rsidRDefault="005D3F66" w:rsidP="00D26D23"/>
    <w:sectPr w:rsidR="005D3F66" w:rsidRPr="00D26D23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Vrinda">
    <w:panose1 w:val="00000400000000000000"/>
    <w:charset w:val="00"/>
    <w:family w:val="swiss"/>
    <w:pitch w:val="variable"/>
    <w:sig w:usb0="0001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57EA918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9" w15:restartNumberingAfterBreak="0">
    <w:nsid w:val="226943EC"/>
    <w:multiLevelType w:val="multilevel"/>
    <w:tmpl w:val="E41201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4DC23F3A"/>
    <w:multiLevelType w:val="hybridMultilevel"/>
    <w:tmpl w:val="C27E0FA2"/>
    <w:lvl w:ilvl="0" w:tplc="40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440025464">
    <w:abstractNumId w:val="8"/>
  </w:num>
  <w:num w:numId="2" w16cid:durableId="2079816745">
    <w:abstractNumId w:val="6"/>
  </w:num>
  <w:num w:numId="3" w16cid:durableId="616449407">
    <w:abstractNumId w:val="5"/>
  </w:num>
  <w:num w:numId="4" w16cid:durableId="1685859363">
    <w:abstractNumId w:val="4"/>
  </w:num>
  <w:num w:numId="5" w16cid:durableId="198707249">
    <w:abstractNumId w:val="7"/>
  </w:num>
  <w:num w:numId="6" w16cid:durableId="1028260365">
    <w:abstractNumId w:val="3"/>
  </w:num>
  <w:num w:numId="7" w16cid:durableId="1649549060">
    <w:abstractNumId w:val="2"/>
  </w:num>
  <w:num w:numId="8" w16cid:durableId="1196965286">
    <w:abstractNumId w:val="1"/>
  </w:num>
  <w:num w:numId="9" w16cid:durableId="711809896">
    <w:abstractNumId w:val="0"/>
  </w:num>
  <w:num w:numId="10" w16cid:durableId="1022782132">
    <w:abstractNumId w:val="10"/>
  </w:num>
  <w:num w:numId="11" w16cid:durableId="2084136684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47730"/>
    <w:rsid w:val="00034616"/>
    <w:rsid w:val="0006063C"/>
    <w:rsid w:val="0015074B"/>
    <w:rsid w:val="00203BEF"/>
    <w:rsid w:val="0029639D"/>
    <w:rsid w:val="00326F90"/>
    <w:rsid w:val="00385BFE"/>
    <w:rsid w:val="00551B8B"/>
    <w:rsid w:val="005D3F66"/>
    <w:rsid w:val="006448BA"/>
    <w:rsid w:val="007F63F8"/>
    <w:rsid w:val="008A3B0D"/>
    <w:rsid w:val="00AA1D8D"/>
    <w:rsid w:val="00B47730"/>
    <w:rsid w:val="00CB0664"/>
    <w:rsid w:val="00D26D23"/>
    <w:rsid w:val="00F10FC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bn-IN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632A44C8"/>
  <w14:defaultImageDpi w14:val="300"/>
  <w15:docId w15:val="{E33F3BB9-CC5B-49A6-BE1F-71ECEA5CBB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2</Pages>
  <Words>339</Words>
  <Characters>1938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2273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Jamuna P</cp:lastModifiedBy>
  <cp:revision>11</cp:revision>
  <dcterms:created xsi:type="dcterms:W3CDTF">2013-12-23T23:15:00Z</dcterms:created>
  <dcterms:modified xsi:type="dcterms:W3CDTF">2026-07-20T08:09:00Z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592ad572-26a0-44f2-a3f9-8d363f60e1a5</vt:lpwstr>
  </property>
</Properties>
</file>